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color w:val="147D92"/>
          <w:sz w:val="30"/>
        </w:rPr>
      </w:pPr>
      <w:r>
        <w:rPr>
          <w:b/>
          <w:color w:val="147D92"/>
          <w:sz w:val="30"/>
        </w:rPr>
      </w:r>
    </w:p>
    <w:p>
      <w:pPr>
        <w:pStyle w:val="Normal"/>
        <w:jc w:val="center"/>
        <w:rPr/>
      </w:pPr>
      <w:r>
        <w:rPr>
          <w:b/>
          <w:color w:val="147D92"/>
          <w:sz w:val="30"/>
        </w:rPr>
        <w:t>eHKAR</w:t>
      </w:r>
    </w:p>
    <w:p>
      <w:pPr>
        <w:pStyle w:val="Title"/>
        <w:jc w:val="center"/>
        <w:rPr/>
      </w:pPr>
      <w:r>
        <w:rPr/>
        <w:t>Mobile App</w:t>
        <w:br/>
        <w:t>Requirements Template</w:t>
      </w:r>
    </w:p>
    <w:p>
      <w:pPr>
        <w:pStyle w:val="Normal"/>
        <w:jc w:val="center"/>
        <w:rPr/>
      </w:pPr>
      <w:r>
        <w:rPr>
          <w:i/>
        </w:rPr>
        <w:t>A practical project-planning worksheet for businesses and development teams</w:t>
      </w:r>
    </w:p>
    <w:p>
      <w:pPr>
        <w:pStyle w:val="Normal"/>
        <w:jc w:val="center"/>
        <w:rPr/>
      </w:pPr>
      <w:r>
        <w:rPr/>
        <w:t>Version 1.0  |  Prepared by eHKAR  |  ehkar.com</w:t>
      </w:r>
    </w:p>
    <w:p>
      <w:pPr>
        <w:pStyle w:val="Heading1"/>
        <w:spacing w:lineRule="auto" w:line="360"/>
        <w:rPr/>
      </w:pPr>
      <w:r>
        <w:rPr/>
        <w:t>How to use this template</w:t>
      </w:r>
    </w:p>
    <w:p>
      <w:pPr>
        <w:pStyle w:val="ListBullet"/>
        <w:numPr>
          <w:ilvl w:val="0"/>
          <w:numId w:val="1"/>
        </w:numPr>
        <w:spacing w:lineRule="auto" w:line="360"/>
        <w:rPr/>
      </w:pPr>
      <w:r>
        <w:rPr/>
        <w:t>Complete the sections that apply. If you do not know an answer, write “To be decided” rather than guessing.</w:t>
      </w:r>
    </w:p>
    <w:p>
      <w:pPr>
        <w:pStyle w:val="ListBullet"/>
        <w:numPr>
          <w:ilvl w:val="0"/>
          <w:numId w:val="1"/>
        </w:numPr>
        <w:spacing w:lineRule="auto" w:line="360"/>
        <w:rPr/>
      </w:pPr>
      <w:r>
        <w:rPr/>
        <w:t>Describe the result you need, not just a technology or feature name. Explain what the user does and what the app should do.</w:t>
      </w:r>
    </w:p>
    <w:p>
      <w:pPr>
        <w:pStyle w:val="ListBullet"/>
        <w:numPr>
          <w:ilvl w:val="0"/>
          <w:numId w:val="1"/>
        </w:numPr>
        <w:spacing w:lineRule="auto" w:line="360"/>
        <w:rPr/>
      </w:pPr>
      <w:r>
        <w:rPr/>
        <w:t>Separate first-release essentials (Must-have) from improvements that can come later.</w:t>
      </w:r>
    </w:p>
    <w:p>
      <w:pPr>
        <w:pStyle w:val="ListBullet"/>
        <w:numPr>
          <w:ilvl w:val="0"/>
          <w:numId w:val="1"/>
        </w:numPr>
        <w:spacing w:lineRule="auto" w:line="360"/>
        <w:rPr/>
      </w:pPr>
      <w:r>
        <w:rPr/>
        <w:t>Share the completed document with your development team. Clarify open questions before approving cost and schedule.</w:t>
      </w:r>
    </w:p>
    <w:p>
      <w:pPr>
        <w:pStyle w:val="ListBullet"/>
        <w:numPr>
          <w:ilvl w:val="0"/>
          <w:numId w:val="1"/>
        </w:numPr>
        <w:spacing w:lineRule="auto" w:line="360"/>
        <w:rPr/>
      </w:pPr>
      <w:r>
        <w:rPr/>
        <w:t>Keep a dated copy when requirements change so everyone works from the same version.</w:t>
      </w:r>
    </w:p>
    <w:p>
      <w:pPr>
        <w:pStyle w:val="Heading2"/>
        <w:rPr/>
      </w:pPr>
      <w:r>
        <w:rPr/>
      </w:r>
    </w:p>
    <w:p>
      <w:pPr>
        <w:pStyle w:val="Heading2"/>
        <w:spacing w:lineRule="auto" w:line="360"/>
        <w:rPr/>
      </w:pPr>
      <w:r>
        <w:rPr/>
        <w:t>Priority guide</w:t>
      </w:r>
    </w:p>
    <w:tbl>
      <w:tblPr>
        <w:tblStyle w:val="LightShading-Accent1"/>
        <w:tblW w:w="102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08"/>
        <w:gridCol w:w="3408"/>
        <w:gridCol w:w="3408"/>
      </w:tblGrid>
      <w:tr>
        <w:trPr/>
        <w:tc>
          <w:tcPr>
            <w:tcW w:w="34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  <w:t>Priority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  <w:t>Meaning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  <w:t>Typical decision</w:t>
            </w:r>
          </w:p>
        </w:tc>
      </w:tr>
      <w:tr>
        <w:trPr/>
        <w:tc>
          <w:tcPr>
            <w:tcW w:w="3408" w:type="dxa"/>
            <w:tcBorders>
              <w:top w:val="nil"/>
              <w:bottom w:val="nil"/>
            </w:tcBorders>
            <w:shd w:color="auto" w:fill="D3DFEE" w:themeFill="accent1" w:themeFillTint="3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  <w:t>Must-have</w:t>
            </w:r>
          </w:p>
        </w:tc>
        <w:tc>
          <w:tcPr>
            <w:tcW w:w="3408" w:type="dxa"/>
            <w:tcBorders>
              <w:top w:val="nil"/>
              <w:bottom w:val="nil"/>
            </w:tcBorders>
            <w:shd w:color="auto" w:fill="D3DFEE" w:themeFill="accent1" w:themeFillTint="3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  <w:t>Required for the first release to deliver its core purpose.</w:t>
            </w:r>
          </w:p>
        </w:tc>
        <w:tc>
          <w:tcPr>
            <w:tcW w:w="3408" w:type="dxa"/>
            <w:tcBorders>
              <w:top w:val="nil"/>
              <w:bottom w:val="nil"/>
            </w:tcBorders>
            <w:shd w:color="auto" w:fill="D3DFEE" w:themeFill="accent1" w:themeFillTint="3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  <w:t>Do not launch without it.</w:t>
            </w:r>
          </w:p>
        </w:tc>
      </w:tr>
      <w:tr>
        <w:trPr/>
        <w:tc>
          <w:tcPr>
            <w:tcW w:w="3408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  <w:t>Should-have</w:t>
            </w:r>
          </w:p>
        </w:tc>
        <w:tc>
          <w:tcPr>
            <w:tcW w:w="3408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  <w:t>Important, but a safe first release can work without it.</w:t>
            </w:r>
          </w:p>
        </w:tc>
        <w:tc>
          <w:tcPr>
            <w:tcW w:w="3408" w:type="dxa"/>
            <w:tcBorders>
              <w:top w:val="nil"/>
              <w:bottom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  <w:t>Schedule if time and budget allow.</w:t>
            </w:r>
          </w:p>
        </w:tc>
      </w:tr>
      <w:tr>
        <w:trPr/>
        <w:tc>
          <w:tcPr>
            <w:tcW w:w="3408" w:type="dxa"/>
            <w:tcBorders>
              <w:top w:val="nil"/>
            </w:tcBorders>
            <w:shd w:color="auto" w:fill="D3DFEE" w:themeFill="accent1" w:themeFillTint="3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bCs/>
                <w:color w:themeColor="accent1" w:themeShade="bf" w:val="2D3748"/>
                <w:kern w:val="0"/>
                <w:szCs w:val="22"/>
                <w:lang w:val="en-US" w:eastAsia="en-US" w:bidi="ar-SA"/>
              </w:rPr>
              <w:t>Later</w:t>
            </w:r>
          </w:p>
        </w:tc>
        <w:tc>
          <w:tcPr>
            <w:tcW w:w="3408" w:type="dxa"/>
            <w:tcBorders>
              <w:top w:val="nil"/>
            </w:tcBorders>
            <w:shd w:color="auto" w:fill="D3DFEE" w:themeFill="accent1" w:themeFillTint="3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  <w:t>Useful improvement for a future version.</w:t>
            </w:r>
          </w:p>
        </w:tc>
        <w:tc>
          <w:tcPr>
            <w:tcW w:w="3408" w:type="dxa"/>
            <w:tcBorders>
              <w:top w:val="nil"/>
            </w:tcBorders>
            <w:shd w:color="auto" w:fill="D3DFEE" w:themeFill="accent1" w:themeFillTint="3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color w:themeColor="accent1" w:themeShade="bf" w:val="2D3748"/>
                <w:kern w:val="0"/>
                <w:szCs w:val="22"/>
                <w:lang w:val="en-US" w:eastAsia="en-US" w:bidi="ar-SA"/>
              </w:rPr>
              <w:t>Add after learning from real users.</w:t>
            </w:r>
          </w:p>
        </w:tc>
      </w:tr>
    </w:tbl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/>
      </w:pPr>
      <w:r>
        <w:rPr>
          <w:b/>
        </w:rPr>
        <w:t xml:space="preserve">Tip: </w:t>
      </w:r>
      <w:r>
        <w:rPr/>
        <w:t>A clear requirement is specific and testable. “The app should be fast” is vague; agree on a measurable loading target under normal network conditions.</w:t>
      </w:r>
      <w:r>
        <w:br w:type="page"/>
      </w:r>
    </w:p>
    <w:p>
      <w:pPr>
        <w:pStyle w:val="Heading1"/>
        <w:spacing w:before="0" w:after="0"/>
        <w:rPr/>
      </w:pPr>
      <w:r>
        <w:rPr/>
      </w:r>
    </w:p>
    <w:p>
      <w:pPr>
        <w:pStyle w:val="Heading1"/>
        <w:spacing w:before="0" w:after="0"/>
        <w:rPr/>
      </w:pPr>
      <w:r>
        <w:rPr/>
        <w:t>1. Project overview</w:t>
      </w:r>
    </w:p>
    <w:p>
      <w:pPr>
        <w:pStyle w:val="Heading2"/>
        <w:spacing w:lineRule="auto" w:line="480"/>
        <w:rPr/>
      </w:pPr>
      <w:r>
        <w:rPr/>
        <w:t>Project name / business</w:t>
      </w:r>
    </w:p>
    <w:p>
      <w:pPr>
        <w:pStyle w:val="Normal"/>
        <w:spacing w:before="0" w:after="40"/>
        <w:rPr/>
      </w:pPr>
      <w:r>
        <w:rPr>
          <w:sz w:val="17"/>
        </w:rPr>
        <w:t>Project name: ______________________________________________</w:t>
      </w:r>
    </w:p>
    <w:p>
      <w:pPr>
        <w:pStyle w:val="Normal"/>
        <w:spacing w:before="0" w:after="40"/>
        <w:rPr>
          <w:sz w:val="17"/>
        </w:rPr>
      </w:pPr>
      <w:r>
        <w:rPr>
          <w:sz w:val="17"/>
        </w:rPr>
      </w:r>
    </w:p>
    <w:p>
      <w:pPr>
        <w:pStyle w:val="Normal"/>
        <w:spacing w:before="0" w:after="40"/>
        <w:rPr/>
      </w:pPr>
      <w:r>
        <w:rPr>
          <w:sz w:val="17"/>
        </w:rPr>
        <w:t>Business / organization: _____________________________________</w:t>
      </w:r>
    </w:p>
    <w:p>
      <w:pPr>
        <w:pStyle w:val="Normal"/>
        <w:spacing w:before="0" w:after="40"/>
        <w:rPr>
          <w:sz w:val="17"/>
        </w:rPr>
      </w:pPr>
      <w:r>
        <w:rPr>
          <w:sz w:val="17"/>
        </w:rPr>
      </w:r>
    </w:p>
    <w:p>
      <w:pPr>
        <w:pStyle w:val="Heading2"/>
        <w:spacing w:lineRule="auto" w:line="480"/>
        <w:rPr/>
      </w:pPr>
      <w:r>
        <w:rPr/>
        <w:t>Contact details</w:t>
      </w:r>
    </w:p>
    <w:p>
      <w:pPr>
        <w:pStyle w:val="Normal"/>
        <w:spacing w:before="0" w:after="40"/>
        <w:rPr/>
      </w:pPr>
      <w:r>
        <w:rPr>
          <w:sz w:val="17"/>
        </w:rPr>
        <w:t>Primary contact and role: _____________________________________</w:t>
      </w:r>
    </w:p>
    <w:p>
      <w:pPr>
        <w:pStyle w:val="Normal"/>
        <w:spacing w:before="0" w:after="40"/>
        <w:rPr>
          <w:sz w:val="17"/>
        </w:rPr>
      </w:pPr>
      <w:r>
        <w:rPr>
          <w:sz w:val="17"/>
        </w:rPr>
      </w:r>
    </w:p>
    <w:p>
      <w:pPr>
        <w:pStyle w:val="Normal"/>
        <w:spacing w:before="0" w:after="40"/>
        <w:rPr/>
      </w:pPr>
      <w:r>
        <w:rPr>
          <w:sz w:val="17"/>
        </w:rPr>
        <w:t>Email / phone: ______________________________________________</w:t>
      </w:r>
    </w:p>
    <w:p>
      <w:pPr>
        <w:pStyle w:val="Normal"/>
        <w:spacing w:before="0" w:after="40"/>
        <w:rPr>
          <w:sz w:val="17"/>
        </w:rPr>
      </w:pPr>
      <w:r>
        <w:rPr>
          <w:sz w:val="17"/>
        </w:rPr>
      </w:r>
    </w:p>
    <w:p>
      <w:pPr>
        <w:pStyle w:val="Heading2"/>
        <w:spacing w:lineRule="auto" w:line="480"/>
        <w:rPr/>
      </w:pPr>
      <w:r>
        <w:rPr/>
        <w:t>Project status and timing</w:t>
      </w:r>
    </w:p>
    <w:p>
      <w:pPr>
        <w:pStyle w:val="Normal"/>
        <w:spacing w:before="0" w:after="40"/>
        <w:rPr/>
      </w:pPr>
      <w:r>
        <w:rPr>
          <w:sz w:val="17"/>
        </w:rPr>
        <w:t>Stage: [ ] Idea  [ ] Planning  [ ] Design  [ ] Development  [ ] Existing app improvement</w:t>
      </w:r>
    </w:p>
    <w:p>
      <w:pPr>
        <w:pStyle w:val="Normal"/>
        <w:spacing w:before="0" w:after="40"/>
        <w:rPr>
          <w:sz w:val="17"/>
        </w:rPr>
      </w:pPr>
      <w:r>
        <w:rPr>
          <w:sz w:val="17"/>
        </w:rPr>
      </w:r>
    </w:p>
    <w:p>
      <w:pPr>
        <w:pStyle w:val="Normal"/>
        <w:spacing w:before="0" w:after="40"/>
        <w:rPr/>
      </w:pPr>
      <w:r>
        <w:rPr>
          <w:sz w:val="17"/>
        </w:rPr>
        <w:t>Target launch date (if known): _________________________________</w:t>
      </w:r>
    </w:p>
    <w:p>
      <w:pPr>
        <w:pStyle w:val="Heading2"/>
        <w:rPr/>
      </w:pPr>
      <w:r>
        <w:rPr/>
      </w:r>
    </w:p>
    <w:p>
      <w:pPr>
        <w:pStyle w:val="Heading2"/>
        <w:spacing w:lineRule="auto" w:line="480"/>
        <w:rPr/>
      </w:pPr>
      <w:r>
        <w:rPr/>
        <w:t>Project summary</w:t>
      </w:r>
    </w:p>
    <w:p>
      <w:pPr>
        <w:pStyle w:val="Normal"/>
        <w:spacing w:before="0" w:after="40"/>
        <w:rPr/>
      </w:pPr>
      <w:r>
        <w:rPr>
          <w:sz w:val="17"/>
        </w:rPr>
        <w:t>In 2–4 sentences, describe the app and what it should help people do.</w:t>
      </w:r>
    </w:p>
    <w:p>
      <w:pPr>
        <w:pStyle w:val="Normal"/>
        <w:spacing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before="0" w:after="40"/>
        <w:rPr>
          <w:sz w:val="17"/>
        </w:rPr>
      </w:pPr>
      <w:r>
        <w:rPr>
          <w:sz w:val="17"/>
        </w:rPr>
      </w:r>
    </w:p>
    <w:p>
      <w:pPr>
        <w:pStyle w:val="Normal"/>
        <w:spacing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2. Business goals and success measures</w:t>
      </w:r>
    </w:p>
    <w:p>
      <w:pPr>
        <w:pStyle w:val="Heading2"/>
        <w:spacing w:lineRule="auto" w:line="360"/>
        <w:rPr/>
      </w:pPr>
      <w:r>
        <w:rPr/>
        <w:t>Problem to solve</w:t>
      </w:r>
    </w:p>
    <w:p>
      <w:pPr>
        <w:pStyle w:val="Normal"/>
        <w:spacing w:before="0" w:after="40"/>
        <w:rPr/>
      </w:pPr>
      <w:r>
        <w:rPr>
          <w:sz w:val="17"/>
        </w:rPr>
        <w:t>What problem do customers, employees, or the business currently experience?</w:t>
      </w:r>
    </w:p>
    <w:p>
      <w:pPr>
        <w:pStyle w:val="Normal"/>
        <w:spacing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before="0" w:after="40"/>
        <w:rPr>
          <w:sz w:val="17"/>
        </w:rPr>
      </w:pPr>
      <w:r>
        <w:rPr>
          <w:sz w:val="17"/>
        </w:rPr>
      </w:r>
    </w:p>
    <w:p>
      <w:pPr>
        <w:pStyle w:val="Normal"/>
        <w:spacing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rPr/>
      </w:pPr>
      <w:r>
        <w:rPr/>
      </w:r>
    </w:p>
    <w:p>
      <w:pPr>
        <w:pStyle w:val="Heading2"/>
        <w:spacing w:lineRule="auto" w:line="480"/>
        <w:rPr/>
      </w:pPr>
      <w:r>
        <w:rPr/>
        <w:t>Proposed solution</w:t>
      </w:r>
    </w:p>
    <w:p>
      <w:pPr>
        <w:pStyle w:val="Normal"/>
        <w:spacing w:before="0" w:after="40"/>
        <w:rPr/>
      </w:pPr>
      <w:r>
        <w:rPr>
          <w:sz w:val="17"/>
        </w:rPr>
        <w:t>How will the app solve or reduce that problem?</w:t>
      </w:r>
    </w:p>
    <w:p>
      <w:pPr>
        <w:pStyle w:val="Normal"/>
        <w:spacing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before="0" w:after="40"/>
        <w:rPr>
          <w:sz w:val="17"/>
        </w:rPr>
      </w:pPr>
      <w:r>
        <w:rPr>
          <w:sz w:val="17"/>
        </w:rPr>
      </w:r>
    </w:p>
    <w:p>
      <w:pPr>
        <w:pStyle w:val="Normal"/>
        <w:spacing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Primary goals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Increase sales  [ ] Improve customer service  [ ] Save staff time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Deliver information  [ ] Manage bookings  [ ] Improve operations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Build loyalty  [ ] Other: ________________________________________</w:t>
      </w:r>
    </w:p>
    <w:p>
      <w:pPr>
        <w:pStyle w:val="Heading2"/>
        <w:spacing w:lineRule="auto" w:line="480"/>
        <w:rPr/>
      </w:pPr>
      <w:r>
        <w:rPr/>
      </w:r>
    </w:p>
    <w:p>
      <w:pPr>
        <w:pStyle w:val="Heading2"/>
        <w:spacing w:lineRule="auto" w:line="480"/>
        <w:rPr/>
      </w:pPr>
      <w:r>
        <w:rPr/>
        <w:t>Success measures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Choose measurable outcomes where possible (e.g. 100 orders/month).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Metric 1: __________________________ Target: 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Metric 2: __________________________ Target: 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Metric 3: __________________________ Target: ______________________</w:t>
      </w:r>
    </w:p>
    <w:p>
      <w:pPr>
        <w:pStyle w:val="Heading2"/>
        <w:spacing w:lineRule="auto" w:line="480"/>
        <w:rPr/>
      </w:pPr>
      <w:r>
        <w:rPr/>
      </w:r>
    </w:p>
    <w:p>
      <w:pPr>
        <w:pStyle w:val="Heading2"/>
        <w:spacing w:lineRule="auto" w:line="480"/>
        <w:rPr/>
      </w:pPr>
      <w:r>
        <w:rPr/>
        <w:t>Why a mobile app?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Could a website or existing tool solve this problem? Why is an app appropriate?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3. Target users and user needs</w:t>
      </w:r>
    </w:p>
    <w:p>
      <w:pPr>
        <w:pStyle w:val="Heading2"/>
        <w:spacing w:lineRule="auto" w:line="480"/>
        <w:rPr/>
      </w:pPr>
      <w:r>
        <w:rPr/>
        <w:t>User groups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Examples: customers, delivery staff, managers, administrators, service providers.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1. _________________________  2. 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3. _________________________  4. _________________________</w:t>
      </w:r>
    </w:p>
    <w:p>
      <w:pPr>
        <w:pStyle w:val="Heading2"/>
        <w:spacing w:lineRule="auto" w:line="480"/>
        <w:rPr/>
      </w:pPr>
      <w:r>
        <w:rPr/>
        <w:t>Primary audience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Who will use the app most often? Note location, language, accessibility, or device considerations.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User tasks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What should each group be able to accomplish?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User group: ______________ Task: 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User group: ______________ Task: 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User group: ______________ Task: _________________________________</w:t>
      </w:r>
    </w:p>
    <w:p>
      <w:pPr>
        <w:pStyle w:val="Heading2"/>
        <w:spacing w:lineRule="auto" w:line="480"/>
        <w:rPr/>
      </w:pPr>
      <w:r>
        <w:rPr/>
        <w:t>Usage estimate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Expected use: [ ] Daily  [ ] Weekly  [ ] Monthly  [ ] Occasionally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Estimated users at launch: __________ Expected growth: ______________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4. Platforms, devices and languages</w:t>
      </w:r>
    </w:p>
    <w:p>
      <w:pPr>
        <w:pStyle w:val="Heading2"/>
        <w:spacing w:lineRule="auto" w:line="480"/>
        <w:rPr/>
      </w:pPr>
      <w:r>
        <w:rPr/>
        <w:t>Platforms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Android  [ ] iOS  [ ] Web application  [ ] Tablet  [ ] Other: ______</w:t>
      </w:r>
    </w:p>
    <w:p>
      <w:pPr>
        <w:pStyle w:val="Heading2"/>
        <w:spacing w:lineRule="auto" w:line="480"/>
        <w:rPr/>
      </w:pPr>
      <w:r>
        <w:rPr/>
        <w:t>Device support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Minimum Android / iOS version (if known): 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Phone / tablet / both: ____________________________________________</w:t>
      </w:r>
    </w:p>
    <w:p>
      <w:pPr>
        <w:pStyle w:val="Heading2"/>
        <w:spacing w:lineRule="auto" w:line="480"/>
        <w:rPr/>
      </w:pPr>
      <w:r>
        <w:rPr/>
        <w:t>Languages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English  [ ] Bengali  [ ] Other: 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Right-to-left language support needed? [ ] Yes  [ ] No  [ ] Unsure</w:t>
      </w:r>
    </w:p>
    <w:p>
      <w:pPr>
        <w:pStyle w:val="Heading2"/>
        <w:spacing w:lineRule="auto" w:line="480"/>
        <w:rPr/>
      </w:pPr>
      <w:r>
        <w:rPr/>
        <w:t>Accessibility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Requirements for text size, contrast, screen readers, captions, or simplified navigation:</w:t>
      </w:r>
    </w:p>
    <w:p>
      <w:pPr>
        <w:pStyle w:val="Normal"/>
        <w:spacing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5. Features and functional requirements</w:t>
      </w:r>
    </w:p>
    <w:p>
      <w:pPr>
        <w:pStyle w:val="Heading2"/>
        <w:spacing w:lineRule="auto" w:line="480"/>
        <w:rPr/>
      </w:pPr>
      <w:r>
        <w:rPr/>
        <w:t>Instructions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List each feature separately. Describe what the user does and what the app should do in response. Mark each Must-have, Should-have, or Later.</w:t>
      </w:r>
    </w:p>
    <w:p>
      <w:pPr>
        <w:pStyle w:val="Heading2"/>
        <w:spacing w:lineRule="auto" w:line="480"/>
        <w:rPr/>
      </w:pPr>
      <w:r>
        <w:rPr/>
        <w:t>Feature requirements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Feature / user action: 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Expected app behaviour: 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Priority: [ ] Must-have  [ ] Should-have  [ ] Later</w:t>
      </w:r>
    </w:p>
    <w:p>
      <w:pPr>
        <w:pStyle w:val="Normal"/>
        <w:spacing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Feature / user action: 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Expected app behaviour: 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Priority: [ ] Must-have  [ ] Should-have  [ ] Later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Feature / user action: 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Expected app behaviour: 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Priority: [ ] Must-have  [ ] Should-have  [ ] Later</w:t>
      </w:r>
    </w:p>
    <w:p>
      <w:pPr>
        <w:pStyle w:val="Heading2"/>
        <w:spacing w:lineRule="auto" w:line="480"/>
        <w:rPr/>
      </w:pPr>
      <w:r>
        <w:rPr/>
        <w:t>Feature prompts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Sign up / login  [ ] User profile  [ ] Search / filters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Product / service catalogue  [ ] Cart / checkout  [ ] Online payment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Booking  [ ] Chat / support  [ ] Push notifications  [ ] Maps / location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Upload photos / files  [ ] Ratings / reviews  [ ] Admin dashboard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Reports / analytics  [ ] Offline access  [ ] Other: ______________</w:t>
      </w:r>
    </w:p>
    <w:p>
      <w:pPr>
        <w:pStyle w:val="Heading2"/>
        <w:spacing w:lineRule="auto" w:line="480"/>
        <w:rPr/>
      </w:pPr>
      <w:r>
        <w:rPr/>
        <w:t>Roles and permissions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Who can view, create, edit, approve, delete, or manage information?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Role: __________________ Permissions: ____________________________</w:t>
      </w:r>
    </w:p>
    <w:p>
      <w:pPr>
        <w:pStyle w:val="Normal"/>
        <w:spacing w:lineRule="auto" w:line="480" w:before="0" w:after="40"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Role: __________________ Permissions: ____________________________</w:t>
      </w:r>
    </w:p>
    <w:p>
      <w:pPr>
        <w:pStyle w:val="Heading2"/>
        <w:spacing w:lineRule="auto" w:line="480"/>
        <w:rPr/>
      </w:pPr>
      <w:r>
        <w:rPr/>
        <w:t>Important workflow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Describe a key process from beginning to end (e.g. order → payment → delivery).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Step 1: 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Step 2: 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Step 3: 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Step 4: __________________________________________________________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6. Screens, navigation and design</w:t>
      </w:r>
    </w:p>
    <w:p>
      <w:pPr>
        <w:pStyle w:val="Heading2"/>
        <w:spacing w:lineRule="auto" w:line="480"/>
        <w:rPr/>
      </w:pPr>
      <w:r>
        <w:rPr/>
        <w:t>Required screens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Onboarding  [ ] Home  [ ] Login / registration  [ ] Profile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Search / listing  [ ] Details  [ ] Cart / checkout  [ ] Payment result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Notifications  [ ] Settings  [ ] Help / support  [ ] Admin screens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Other: ___________________________________________________________</w:t>
      </w:r>
    </w:p>
    <w:p>
      <w:pPr>
        <w:pStyle w:val="Heading2"/>
        <w:spacing w:lineRule="auto" w:line="480"/>
        <w:rPr/>
      </w:pPr>
      <w:r>
        <w:rPr/>
        <w:t>Navigation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Describe the menu, tabs, back behaviour, and movement between key screens.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Design references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List apps or websites whose design or interaction you like. Explain what you like; do not assume their design can be copied exactly.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1. __________________________ What I like: 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2. __________________________ What I like: ________________________</w:t>
      </w:r>
    </w:p>
    <w:p>
      <w:pPr>
        <w:pStyle w:val="Heading2"/>
        <w:spacing w:lineRule="auto" w:line="480"/>
        <w:rPr/>
      </w:pPr>
      <w:r>
        <w:rPr/>
        <w:t>Brand assets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Logo available  [ ] Brand colours  [ ] Fonts  [ ] Images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Brand guidelines / asset location: _________________________________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7. Content and data</w:t>
      </w:r>
    </w:p>
    <w:p>
      <w:pPr>
        <w:pStyle w:val="Heading2"/>
        <w:spacing w:lineRule="auto" w:line="480"/>
        <w:rPr/>
      </w:pPr>
      <w:r>
        <w:rPr/>
        <w:t>Content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Examples: product details, articles, service information, prices, images, documents.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Content management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Who manages content? [ ] Client team  [ ] Developer  [ ] Both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Other details: ____________________________________________________</w:t>
      </w:r>
    </w:p>
    <w:p>
      <w:pPr>
        <w:pStyle w:val="Heading2"/>
        <w:spacing w:lineRule="auto" w:line="480"/>
        <w:rPr/>
      </w:pPr>
      <w:r>
        <w:rPr/>
        <w:t>Data collection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What information will the app collect, and why is it necessary?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Data item: __________________ Purpose: 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Data item: __________________ Purpose: 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Data item: __________________ Purpose: ___________________________</w:t>
      </w:r>
    </w:p>
    <w:p>
      <w:pPr>
        <w:pStyle w:val="Heading2"/>
        <w:spacing w:lineRule="auto" w:line="480"/>
        <w:rPr/>
      </w:pPr>
      <w:r>
        <w:rPr/>
        <w:t>Existing data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Existing database, spreadsheet, website, or system to connect or migrate?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No  [ ] Yes. Details: _________________________________________</w:t>
      </w:r>
    </w:p>
    <w:p>
      <w:pPr>
        <w:pStyle w:val="Normal"/>
        <w:spacing w:lineRule="auto" w:line="480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8. Backend, integrations and third-party services</w:t>
      </w:r>
    </w:p>
    <w:p>
      <w:pPr>
        <w:pStyle w:val="Heading2"/>
        <w:spacing w:lineRule="auto" w:line="480"/>
        <w:rPr/>
      </w:pPr>
      <w:r>
        <w:rPr/>
        <w:t>Backend / admin needs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Does the app need a server, database, admin panel, content management, or reporting?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Integrations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Payment gateway  [ ] SMS / OTP  [ ] Email  [ ] Maps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Shipping / delivery  [ ] CRM / ERP  [ ] Analytics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Push notifications  [ ] Social login  [ ] Other: ______________</w:t>
      </w:r>
    </w:p>
    <w:p>
      <w:pPr>
        <w:pStyle w:val="Heading2"/>
        <w:spacing w:lineRule="auto" w:line="480"/>
        <w:rPr/>
      </w:pPr>
      <w:r>
        <w:rPr/>
        <w:t>Integration details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Service: __________________ Purpose: 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Account / API access available? [ ] Yes  [ ] No  [ ] Need guidance</w:t>
      </w:r>
    </w:p>
    <w:p>
      <w:pPr>
        <w:pStyle w:val="Heading2"/>
        <w:spacing w:lineRule="auto" w:line="480"/>
        <w:rPr/>
      </w:pPr>
      <w:r>
        <w:rPr/>
        <w:t>Account ownership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Who will own and pay for hosting, domains, API subscriptions, and app-store accounts?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lineRule="auto" w:line="480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9. Security, privacy and legal requirements</w:t>
      </w:r>
    </w:p>
    <w:p>
      <w:pPr>
        <w:pStyle w:val="Heading2"/>
        <w:spacing w:lineRule="auto" w:line="480"/>
        <w:rPr/>
      </w:pPr>
      <w:r>
        <w:rPr/>
        <w:t>Authentication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Email / password  [ ] Phone OTP  [ ] Multi-factor authentication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Social sign-in  [ ] Other: ______________________________________</w:t>
      </w:r>
    </w:p>
    <w:p>
      <w:pPr>
        <w:pStyle w:val="Heading2"/>
        <w:spacing w:lineRule="auto" w:line="480"/>
        <w:rPr/>
      </w:pPr>
      <w:r>
        <w:rPr/>
        <w:t>Sensitive information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Will the app handle personal, financial, health, location, children's, or other sensitive data?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No  [ ] Yes. Describe: ________________________________________</w:t>
      </w:r>
    </w:p>
    <w:p>
      <w:pPr>
        <w:pStyle w:val="Heading2"/>
        <w:spacing w:lineRule="auto" w:line="480"/>
        <w:rPr/>
      </w:pPr>
      <w:r>
        <w:rPr/>
        <w:t>Device permissions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What permissions are needed (camera, location, contacts, files, microphone)? Explain why.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Policies and compliance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Countries / markets: 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Known legal, industry, data-protection, or app-store requirements: 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Privacy policy / terms available? [ ] Yes  [ ] No  [ ] Need to prepare</w:t>
      </w:r>
    </w:p>
    <w:p>
      <w:pPr>
        <w:pStyle w:val="Heading2"/>
        <w:spacing w:lineRule="auto" w:line="480"/>
        <w:rPr/>
      </w:pPr>
      <w:r>
        <w:rPr/>
        <w:t>Security expectations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Consider encrypted network traffic, secure authentication, role-based access, backups, audit logs, secure API access, and protection against common vulnerabilities.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lineRule="auto" w:line="480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10. Performance, reliability and support</w:t>
      </w:r>
    </w:p>
    <w:p>
      <w:pPr>
        <w:pStyle w:val="Heading2"/>
        <w:spacing w:lineRule="auto" w:line="480"/>
        <w:rPr/>
      </w:pPr>
      <w:r>
        <w:rPr/>
        <w:t>Expected scale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Users at launch: __________ Users in 12 months: 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Peak simultaneous users (if known): __________ Transactions/day: ______</w:t>
      </w:r>
    </w:p>
    <w:p>
      <w:pPr>
        <w:pStyle w:val="Heading2"/>
        <w:spacing w:lineRule="auto" w:line="480"/>
        <w:rPr/>
      </w:pPr>
      <w:r>
        <w:rPr/>
        <w:t>Performance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Which actions must feel fast? Any agreed maximum loading time?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Availability and recovery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Required availability (if known): __________ Backup frequency: 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Recovery expectations: ___________________________________________</w:t>
      </w:r>
    </w:p>
    <w:p>
      <w:pPr>
        <w:pStyle w:val="Heading2"/>
        <w:spacing w:lineRule="auto" w:line="480"/>
        <w:rPr/>
      </w:pPr>
      <w:r>
        <w:rPr/>
        <w:t>Maintenance and support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Who provides support after launch? 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Support hours / response target: 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Who handles bug fixes, OS updates, and dependency updates? __________</w:t>
      </w:r>
    </w:p>
    <w:p>
      <w:pPr>
        <w:pStyle w:val="Normal"/>
        <w:spacing w:lineRule="auto" w:line="480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11. Testing and acceptance</w:t>
      </w:r>
    </w:p>
    <w:p>
      <w:pPr>
        <w:pStyle w:val="Heading2"/>
        <w:spacing w:lineRule="auto" w:line="480"/>
        <w:rPr/>
      </w:pPr>
      <w:r>
        <w:rPr/>
        <w:t>Testing required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Functional  [ ] UI / usability  [ ] Device  [ ] API  [ ] Security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Performance  [ ] Accessibility  [ ] User acceptance testing</w:t>
      </w:r>
    </w:p>
    <w:p>
      <w:pPr>
        <w:pStyle w:val="Heading2"/>
        <w:spacing w:lineRule="auto" w:line="480"/>
        <w:rPr/>
      </w:pPr>
      <w:r>
        <w:rPr/>
        <w:t>Test devices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List important real devices, OS versions, and screen sizes.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Acceptance criteria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A requirement is accepted when its expected result can be checked.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Requirement: __________________ Pass condition: 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Requirement: __________________ Pass condition: 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Requirement: __________________ Pass condition: ____________________</w:t>
      </w:r>
    </w:p>
    <w:p>
      <w:pPr>
        <w:pStyle w:val="Heading2"/>
        <w:spacing w:lineRule="auto" w:line="480"/>
        <w:rPr/>
      </w:pPr>
      <w:r>
        <w:rPr/>
        <w:t>Approval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Who approves the app? Name / role: 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Approval date: ___________________________________________________</w:t>
      </w:r>
    </w:p>
    <w:p>
      <w:pPr>
        <w:pStyle w:val="Normal"/>
        <w:spacing w:lineRule="auto" w:line="480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12. Deliverables, schedule and budget</w:t>
      </w:r>
    </w:p>
    <w:p>
      <w:pPr>
        <w:pStyle w:val="Heading2"/>
        <w:spacing w:lineRule="auto" w:line="480"/>
        <w:rPr/>
      </w:pPr>
      <w:r>
        <w:rPr/>
        <w:t>Deliverables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Android app  [ ] iOS app  [ ] Web app  [ ] Backend / API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Admin panel  [ ] UI/UX designs  [ ] Source code  [ ] Documentation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Store listing assets  [ ] Deployment  [ ] Training  [ ] Other: ______</w:t>
      </w:r>
    </w:p>
    <w:p>
      <w:pPr>
        <w:pStyle w:val="Heading2"/>
        <w:spacing w:lineRule="auto" w:line="480"/>
        <w:rPr/>
      </w:pPr>
      <w:r>
        <w:rPr/>
        <w:t>Milestones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Requirements: __________________________ Target date: 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Design approval: ________________________ Target date: 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Development complete: ___________________ Target date: 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Testing / acceptance: ____________________ Target date: 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Launch: ________________________________ Target date: _____________</w:t>
      </w:r>
    </w:p>
    <w:p>
      <w:pPr>
        <w:pStyle w:val="Heading2"/>
        <w:spacing w:lineRule="auto" w:line="480"/>
        <w:rPr/>
      </w:pPr>
      <w:r>
        <w:rPr/>
        <w:t>Budget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Estimated budget and currency: 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Budget: [ ] Fixed  [ ] Flexible  [ ] Not decided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Includes hosting, subscriptions, taxes, store fees, maintenance?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[ ] Yes  [ ] No  [ ] To be discussed</w:t>
      </w:r>
    </w:p>
    <w:p>
      <w:pPr>
        <w:pStyle w:val="Heading2"/>
        <w:spacing w:lineRule="auto" w:line="480"/>
        <w:rPr/>
      </w:pPr>
      <w:r>
        <w:rPr/>
        <w:t>Payment preferences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Milestone / amount / due date: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lineRule="auto" w:line="480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13. Assumptions, exclusions and risks</w:t>
      </w:r>
    </w:p>
    <w:p>
      <w:pPr>
        <w:pStyle w:val="Heading2"/>
        <w:spacing w:lineRule="auto" w:line="480"/>
        <w:rPr/>
      </w:pPr>
      <w:r>
        <w:rPr/>
        <w:t>Assumptions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What are we assuming (e.g. client supplies content, API access is approved, internet is available)?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Out of scope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What is explicitly not included in this project or first release?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Risks and dependencies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Examples: third-party API approval, payment-provider onboarding, delayed content, app-store review.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Risk: __________________ Impact: __________ Mitigation: 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Risk: __________________ Impact: __________ Mitigation: _____________</w:t>
      </w:r>
    </w:p>
    <w:p>
      <w:pPr>
        <w:pStyle w:val="Normal"/>
        <w:spacing w:lineRule="auto" w:line="480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14. Priorities and first release (MVP)</w:t>
      </w:r>
    </w:p>
    <w:p>
      <w:pPr>
        <w:pStyle w:val="Heading2"/>
        <w:spacing w:lineRule="auto" w:line="480"/>
        <w:rPr/>
      </w:pPr>
      <w:r>
        <w:rPr/>
        <w:t>Must-have features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List only what is required for the app to deliver its core value.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1. ________________________________________________________________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2. ________________________________________________________________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3. ________________________________________________________________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4. 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Future features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Useful features that can wait until after launch.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1. ________________________________________________________________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2. ________________________________________________________________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3. ________________________________________________________________</w:t>
      </w:r>
    </w:p>
    <w:p>
      <w:pPr>
        <w:pStyle w:val="Heading2"/>
        <w:spacing w:lineRule="auto" w:line="480"/>
        <w:rPr/>
      </w:pPr>
      <w:r>
        <w:rPr/>
        <w:t>Open questions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What decisions or information are still missing?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 xml:space="preserve"> 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____________________________________________________________________</w:t>
      </w:r>
    </w:p>
    <w:p>
      <w:pPr>
        <w:pStyle w:val="Normal"/>
        <w:spacing w:lineRule="auto" w:line="480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15. Review and approval</w:t>
      </w:r>
    </w:p>
    <w:p>
      <w:pPr>
        <w:pStyle w:val="Heading2"/>
        <w:spacing w:lineRule="auto" w:line="480"/>
        <w:rPr/>
      </w:pPr>
      <w:r>
        <w:rPr/>
        <w:t>Business representative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Name: __________________________ Signature: 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Date: __________________________</w:t>
      </w:r>
    </w:p>
    <w:p>
      <w:pPr>
        <w:pStyle w:val="Heading2"/>
        <w:spacing w:lineRule="auto" w:line="480"/>
        <w:rPr/>
      </w:pPr>
      <w:r>
        <w:rPr/>
        <w:t>Development representative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Name: __________________________ Signature: _____________________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Date: __________________________</w:t>
      </w:r>
    </w:p>
    <w:p>
      <w:pPr>
        <w:pStyle w:val="Heading2"/>
        <w:spacing w:lineRule="auto" w:line="480"/>
        <w:rPr/>
      </w:pPr>
      <w:r>
        <w:rPr/>
        <w:t>Change control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After approval, document proposed changes and assess their effect on cost, schedule, security, and scope. Obtain approval before proceeding.</w:t>
      </w:r>
    </w:p>
    <w:p>
      <w:pPr>
        <w:pStyle w:val="Heading2"/>
        <w:spacing w:lineRule="auto" w:line="480"/>
        <w:rPr/>
      </w:pPr>
      <w:r>
        <w:rPr/>
        <w:t>Important note</w:t>
      </w:r>
    </w:p>
    <w:p>
      <w:pPr>
        <w:pStyle w:val="Normal"/>
        <w:spacing w:lineRule="auto" w:line="480" w:before="0" w:after="40"/>
        <w:rPr/>
      </w:pPr>
      <w:r>
        <w:rPr>
          <w:sz w:val="17"/>
        </w:rPr>
        <w:t>This template is a planning aid, not a legal contract, security certification, or final technical specification. A qualified development team should review requirements, identify risks, and clarify estimates before work begins.</w:t>
      </w:r>
    </w:p>
    <w:p>
      <w:pPr>
        <w:pStyle w:val="Normal"/>
        <w:spacing w:lineRule="auto" w:line="480"/>
        <w:rPr/>
      </w:pPr>
      <w:r>
        <w:rPr/>
      </w:r>
      <w:r>
        <w:br w:type="page"/>
      </w:r>
    </w:p>
    <w:p>
      <w:pPr>
        <w:pStyle w:val="Heading1"/>
        <w:spacing w:lineRule="auto" w:line="480" w:before="0" w:after="0"/>
        <w:rPr/>
      </w:pPr>
      <w:r>
        <w:rPr/>
        <w:t>Before you send this to a developer</w:t>
      </w:r>
    </w:p>
    <w:p>
      <w:pPr>
        <w:pStyle w:val="Normal"/>
        <w:spacing w:lineRule="auto" w:line="480"/>
        <w:rPr/>
      </w:pPr>
      <w:r>
        <w:rPr/>
        <w:t>[ ] Have we explained the business problem and main user groups?</w:t>
      </w:r>
    </w:p>
    <w:p>
      <w:pPr>
        <w:pStyle w:val="Normal"/>
        <w:spacing w:lineRule="auto" w:line="480"/>
        <w:rPr/>
      </w:pPr>
      <w:r>
        <w:rPr/>
        <w:t>[ ] Are first-release features clearly separated from future features?</w:t>
      </w:r>
    </w:p>
    <w:p>
      <w:pPr>
        <w:pStyle w:val="Normal"/>
        <w:spacing w:lineRule="auto" w:line="480"/>
        <w:rPr/>
      </w:pPr>
      <w:r>
        <w:rPr/>
        <w:t>[ ] Have we identified platforms, languages, integrations, and data?</w:t>
      </w:r>
    </w:p>
    <w:p>
      <w:pPr>
        <w:pStyle w:val="Normal"/>
        <w:spacing w:lineRule="auto" w:line="480"/>
        <w:rPr/>
      </w:pPr>
      <w:r>
        <w:rPr/>
        <w:t>[ ] Have we discussed security, privacy, backups, and ongoing maintenance?</w:t>
      </w:r>
    </w:p>
    <w:p>
      <w:pPr>
        <w:pStyle w:val="Normal"/>
        <w:spacing w:lineRule="auto" w:line="480"/>
        <w:rPr/>
      </w:pPr>
      <w:r>
        <w:rPr/>
        <w:t>[ ] Can each important requirement be tested and approved?</w:t>
      </w:r>
    </w:p>
    <w:p>
      <w:pPr>
        <w:pStyle w:val="Normal"/>
        <w:spacing w:lineRule="auto" w:line="480"/>
        <w:rPr/>
      </w:pPr>
      <w:r>
        <w:rPr/>
        <w:t>[ ] Have we discussed ownership of source code, accounts, hosting, and subscriptions?</w:t>
      </w:r>
    </w:p>
    <w:p>
      <w:pPr>
        <w:pStyle w:val="Normal"/>
        <w:spacing w:lineRule="auto" w:line="480"/>
        <w:rPr/>
      </w:pPr>
      <w:r>
        <w:rPr/>
        <w:t>[ ] Are assumptions, exclusions, risks, budget, and milestones documented?</w:t>
      </w:r>
    </w:p>
    <w:p>
      <w:pPr>
        <w:pStyle w:val="Normal"/>
        <w:spacing w:lineRule="auto" w:line="480" w:before="0" w:after="200"/>
        <w:jc w:val="center"/>
        <w:rPr/>
      </w:pPr>
      <w:r>
        <w:rPr>
          <w:b/>
          <w:color w:val="12304A"/>
          <w:sz w:val="28"/>
        </w:rPr>
        <w:t>Plan clearly. Build confidently.</w:t>
        <w:br/>
      </w:r>
      <w:r>
        <w:rPr/>
        <w:t>eHKAR  |  Digital products and software solutions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008" w:right="1008" w:gutter="0" w:header="720" w:top="936" w:footer="720" w:bottom="93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ptos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>eHKAR.com  •  Mobile App Requirements Template  •  Version 1.0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>eHKAR.com  •  Mobile App Requirements Template  •  Version 1.0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>eHKAR  |  SMALL BUSINESS MOBILE APP PLANNING TOOLKIT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>eHKAR  |  SMALL BUSINESS MOBILE APP PLANNING TOOLKIT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ptos" w:hAnsi="Aptos" w:eastAsia="ＭＳ 明朝" w:cs=""/>
      <w:color w:val="2D3748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1230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147D9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b/>
      <w:color w:val="12304A"/>
      <w:spacing w:val="5"/>
      <w:kern w:val="2"/>
      <w:sz w:val="5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Application>LibreOffice/24.2.7.2$Linux_X86_64 LibreOffice_project/420$Build-2</Application>
  <AppVersion>15.0000</AppVersion>
  <Pages>18</Pages>
  <Words>1794</Words>
  <Characters>13412</Characters>
  <CharactersWithSpaces>15045</CharactersWithSpaces>
  <Paragraphs>296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/>
  <cp:keywords>mobile app requirements template app development worksheet app planning template mobile app specification pdf eHKAR</cp:keywords>
  <dc:language>en-US</dc:language>
  <cp:lastModifiedBy/>
  <cp:lastPrinted>2026-11-05T21:02:22Z</cp:lastPrinted>
  <dcterms:modified xsi:type="dcterms:W3CDTF">2026-11-05T20:55:33Z</dcterms:modified>
  <cp:revision>25</cp:revision>
  <dc:subject>A practical project-planning template and worksheet for businesses and development teams to map mobile application requirements.</dc:subject>
  <dc:title>Mobile App Requirements Template (Free Download)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